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"החבר" - מסלול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הפשוט על אאוגוסטו והחבר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מהמילון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ואירועים מרכזיים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שהוא תלמיד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הייתה אמא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(יפה מאוד במראה)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(אישה שעובדת בבית של משפחה עשירה)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(זלזול חזק במישהו)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אאוגוסטו לומד בכיתה עם ילד יפה וחכם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 באה כל יום לקחת את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בוכה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המשפחה שלו הייתה ענייה והוא לא רצה שידעו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ילד בכיתה של אאוגוסטו שהתברר שהוא עני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חשבו שהוא שיקר להם לגבי המשרתת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מצטער מאוד ועדיין אוהב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המילון החזותי לפני מילוי החלקים הקשים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החינוך המיוחד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"החבר" - מסלול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נקרא יחד קטע קצר על אאוגוסטו וחבר בכיתה שלו, נלמד מילים חדשות ונענה על שאלות פשוטות על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אישה  ·  תלמיד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אאוגוסטו הוא תלמיד...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עצלן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בן כמה אאוגוסטו?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אאוגוסטו הוא תלמיד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האישה שבאה לקחת את החבר היא דודה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אאוגוסטו הוא __________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יום __________ באה לקחת את החבר.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יפה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זלזול חזק במישהו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משרתת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יפה מאוד במראה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אישה שעובדת בבית של משפחה עשירה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החבר בוכה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אאוגוסטו לומד בכיתה עם ילד יפה וחכם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אישה באה כל יום לקחת את החבר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החבר התבייש?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זה "החבר"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הילדים מזלזלים בחבר?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"החבר" - מסלול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