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"החבר" - מסלול 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הפשוט על אאוגוסטו והחבר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מהמילון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ואירועים מרכזיים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רב מלאך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אישה באה לקחת אותו 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הילדים מזלזלים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בסיפור שהוא תלמיד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הייתה אמא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בוכה מאוד, ואחר כך מתברר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אומר מילה לא יפה ובורח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מזלזלים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(בית ספר תיכון באירופה של פעם)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(יפה מאוד במראה)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(אישה שעובדת בבית של משפחה עשירה)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(זלזול חזק במישהו)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(כינוי מזלזל למי שלומד כל הזמן בשביל ציונים)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אאוגוסטו לומד בכיתה עם ילד יפה וחכם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אישה באה כל יום לקחת את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החבר בוכה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כולם יודעים שאמא שלו מתה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החבר עוזב את בית הספר ועובד בחנות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המשפחה שלו הייתה ענייה והוא לא רצה שידעו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שמבטאת רגש וקשר לסיפור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ילד בכיתה של אאוגוסטו שהתברר שהוא עני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הם חשבו שהוא שיקר להם לגבי המשרתת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מצטער מאוד ועדיין אוהב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התרגול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המילון החזותי לפני מילוי החלקים הקשים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החינוך המיוחד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"החבר" - מסלול 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הסיפור מספר על ילד בשם אאוגוסטו וחבר שלו בכיתה. נלמד מילים חדשות ונענה על שאלות קלות.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גימנסיה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ספר תיכון באירופה של פעם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יפה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יפה מאוד במראה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 מלאך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של הערצה לילד חשוב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משרתת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אישה שעובדת בבית של משפחה עשירה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זלזול חזק במישהו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חרשן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מזלזל למי שלומד כל הזמן בשביל ציונים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יתום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שאביו או אמו מתו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צער על מעשה שעשיתי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תלמיד הוא אאוגוסטו?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הגיל של אאוגוסטו?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אאוגוסטו קורא לחבר בלב?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 מלאך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חושבים שהחבר עשיר?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לו בגדים יפים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אישה באה לקחת אותו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לו הרבה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גר בבית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החבר עוזב את 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עצלן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הילדים מזלזלים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רוצה ללמוד מקצוע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המשפחה עברה דירה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אאוגוסטו הוא תלמיד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האישה שבאה לקחת את החבר היא דודה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החבר בוכה בכיתה כי הוא עצוב.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אאוגוסטו שמח כשהוא פוגש את החבר בחנות.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אאוגוסטו הוא __________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יום __________ באה לקחת את החבר.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הילדים בכיתה __________ בחבר.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החבר עוזב את בית הספר ועובד בחנות של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גימנסיה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זלזול חזק במישהו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יפה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אישה שעובדת בבית של משפחה עשירה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משרתת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כינוי מזלזל למי שלומד כל הזמן בשביל ציונים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יפה מאוד במראה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חרשן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בית ספר תיכון באירופה של פעם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יודעים שאמא שלו מתה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החבר בוכה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החבר עוזב את בית הספר ועובד בחנות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אאוגוסטו לומד בכיתה עם ילד יפה וחכם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אישה באה כל יום לקחת את החבר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החבר התבייש?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כמה משפטים: איך הייתם מרגישים במקום החבר, כשכולם גילו שאמא שלו הייתה המשרתת?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זה "החבר"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הילדים מזלזלים בחבר?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אאוגוסטו מרגיש היום כשהוא חושב על החבר?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"החבר" - מסלול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