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הפשוט על אאוגוסטו והחבר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ואירועים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רב 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אישה באה לקחת אותו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הילדים מזלזלים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שהוא תלמיד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הייתה אמא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בוכה מאוד, ואחר כך מתברר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אומר מילה לא יפה ובורח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מזלזלים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(בית ספר תיכון באירופה של 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(יפה מאוד במראה)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(זלזול חזק במישהו)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(כינוי מזלזל למי שלומד כל הזמן בשביל ציונים)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לומד בכיתה עם ילד יפה וחכם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אישה באה כל יום לקחת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כולם יודעים שאמא שלו 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החבר עוזב את בית הספר ועובד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המשפחה שלו הייתה ענייה והוא לא רצה שידעו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שמבטאת רגש וקשר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 בכיתה של אאוגוסטו שהתברר שהוא עני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חשבו שהוא שיקר להם לגבי המשרתת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מצטער מאוד ועדיין אוהב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המילון החזותי לפני מילוי החלקים הקשים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החינוך המיוחד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"החבר"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יחד קטע קצר על אאוגוסטו וחבר בכיתה שלו, נלמד מילים חדשות ונענה על שאלות פשוטות על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אאוגוסטו הוא תלמיד...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אאוגוסטו קורא בלב לילד היפה והחכם?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 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הילדים חושבים שהחבר עשיר?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לו בגדים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אישה באה לקחת אותו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גר בבית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החבר עוזב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עצלן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מזלזלים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רוצה ללמוד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 עברה דירה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הוא תלמיד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שבאה לקחת את החבר היא דודה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בכיתה כי הוא 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שמח כשהוא פוגש את החבר בחנות.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אאוגוסטו הוא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יום __________ באה לקחת את החבר.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בכיתה __________ בחבר.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החבר עוזב את בית הספר ועובד בחנות של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גימנסיה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יפה מאוד במראה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זלזול חזק במישהו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כינוי מזלזל למי שלומד כל הזמן בשביל 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 ספר תיכון באירופה של פעם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יודעים שאמא שלו 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עוזב את בית הספר ועובד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באה כל יום לקחת את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לומד בכיתה עם ילד יפה וחכם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החבר התבייש?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כמה משפטים: איך הייתם מרגישים במקום החבר, כשכולם גילו שאמא שלו הייתה המשרתת?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זה "החבר"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הילדים מזלזלים בחבר?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אאוגוסטו מרגיש היום כשהוא חושב על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"החבר" - מסלול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